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B835" w14:textId="77777777" w:rsidR="002C469D" w:rsidRPr="0092223B" w:rsidRDefault="00E1338F">
      <w:pPr>
        <w:spacing w:after="20"/>
        <w:jc w:val="center"/>
        <w:rPr>
          <w:rFonts w:ascii="Meiryo UI" w:eastAsia="Meiryo UI" w:hAnsi="Meiryo UI"/>
          <w:lang w:eastAsia="ja-JP"/>
        </w:rPr>
      </w:pPr>
      <w:r w:rsidRPr="0092223B">
        <w:rPr>
          <w:rFonts w:ascii="Meiryo UI" w:eastAsia="Meiryo UI" w:hAnsi="Meiryo UI"/>
          <w:b/>
          <w:color w:val="1F4E78"/>
          <w:sz w:val="36"/>
          <w:lang w:eastAsia="ja-JP"/>
        </w:rPr>
        <w:t>なみえスマートモビリティ　ユーザー登録シート</w:t>
      </w:r>
    </w:p>
    <w:p w14:paraId="436D9502" w14:textId="7FDDBE1D" w:rsidR="002C469D" w:rsidRDefault="00E1338F" w:rsidP="00BC1116">
      <w:pPr>
        <w:spacing w:after="0"/>
        <w:jc w:val="center"/>
        <w:rPr>
          <w:rFonts w:ascii="Meiryo UI" w:eastAsia="Meiryo UI" w:hAnsi="Meiryo UI"/>
          <w:sz w:val="22"/>
          <w:lang w:eastAsia="ja-JP"/>
        </w:rPr>
      </w:pPr>
      <w:r w:rsidRPr="00BC1116">
        <w:rPr>
          <w:rFonts w:ascii="Meiryo UI" w:eastAsia="Meiryo UI" w:hAnsi="Meiryo UI"/>
          <w:sz w:val="22"/>
          <w:lang w:eastAsia="ja-JP"/>
        </w:rPr>
        <w:t>下記の項目をご記入ください。</w:t>
      </w:r>
    </w:p>
    <w:p w14:paraId="5E051F71" w14:textId="1E47B70F" w:rsidR="00BC1116" w:rsidRPr="00BC1116" w:rsidRDefault="00BC1116" w:rsidP="00BC1116">
      <w:pPr>
        <w:spacing w:after="0"/>
        <w:jc w:val="center"/>
        <w:rPr>
          <w:rFonts w:ascii="Meiryo UI" w:eastAsia="Meiryo UI" w:hAnsi="Meiryo UI"/>
          <w:sz w:val="22"/>
          <w:lang w:eastAsia="ja-JP"/>
        </w:rPr>
      </w:pPr>
      <w:r>
        <w:rPr>
          <w:rFonts w:ascii="Meiryo UI" w:eastAsia="Meiryo UI" w:hAnsi="Meiryo UI" w:hint="eastAsia"/>
          <w:sz w:val="22"/>
          <w:lang w:eastAsia="ja-JP"/>
        </w:rPr>
        <w:t>本シートにて登録申し込みされた方は、</w:t>
      </w:r>
      <w:r w:rsidR="00E97DB0">
        <w:rPr>
          <w:rFonts w:ascii="Meiryo UI" w:eastAsia="Meiryo UI" w:hAnsi="Meiryo UI" w:hint="eastAsia"/>
          <w:sz w:val="22"/>
          <w:lang w:eastAsia="ja-JP"/>
        </w:rPr>
        <w:t>サービス</w:t>
      </w:r>
      <w:r>
        <w:rPr>
          <w:rFonts w:ascii="Meiryo UI" w:eastAsia="Meiryo UI" w:hAnsi="Meiryo UI" w:hint="eastAsia"/>
          <w:sz w:val="22"/>
          <w:lang w:eastAsia="ja-JP"/>
        </w:rPr>
        <w:t>利用規約</w:t>
      </w:r>
      <w:r w:rsidR="00E97DB0">
        <w:rPr>
          <w:rFonts w:ascii="Meiryo UI" w:eastAsia="Meiryo UI" w:hAnsi="Meiryo UI" w:hint="eastAsia"/>
          <w:sz w:val="22"/>
          <w:lang w:eastAsia="ja-JP"/>
        </w:rPr>
        <w:t>、eチケット取扱規則に同意された、とみなします。</w:t>
      </w:r>
    </w:p>
    <w:p w14:paraId="78D359F0" w14:textId="6CEEBB2F" w:rsidR="004975F3" w:rsidRPr="00BC1116" w:rsidRDefault="004975F3" w:rsidP="004975F3">
      <w:pPr>
        <w:spacing w:after="80"/>
        <w:rPr>
          <w:rFonts w:ascii="Meiryo UI" w:eastAsia="Meiryo UI" w:hAnsi="Meiryo UI"/>
          <w:lang w:eastAsia="ja-JP"/>
        </w:rPr>
      </w:pPr>
      <w:r w:rsidRPr="00BC1116">
        <w:rPr>
          <w:rFonts w:ascii="Meiryo UI" w:eastAsia="Meiryo UI" w:hAnsi="Meiryo UI" w:hint="eastAsia"/>
          <w:sz w:val="22"/>
          <w:lang w:eastAsia="ja-JP"/>
        </w:rPr>
        <w:t>※は必須項目です。</w:t>
      </w:r>
    </w:p>
    <w:tbl>
      <w:tblPr>
        <w:tblW w:w="0" w:type="auto"/>
        <w:jc w:val="center"/>
        <w:tblBorders>
          <w:top w:val="single" w:sz="6" w:space="0" w:color="8EABC1"/>
          <w:left w:val="single" w:sz="6" w:space="0" w:color="8EABC1"/>
          <w:bottom w:val="single" w:sz="6" w:space="0" w:color="8EABC1"/>
          <w:right w:val="single" w:sz="6" w:space="0" w:color="8EABC1"/>
          <w:insideH w:val="single" w:sz="6" w:space="0" w:color="8EABC1"/>
          <w:insideV w:val="single" w:sz="6" w:space="0" w:color="8EABC1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511"/>
      </w:tblGrid>
      <w:tr w:rsidR="002C469D" w:rsidRPr="0092223B" w14:paraId="6F7944F2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DFA39B4" w14:textId="0DE45C33" w:rsidR="002C469D" w:rsidRPr="001F53B3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hint="eastAsia"/>
                <w:b/>
                <w:color w:val="1F4E78"/>
                <w:sz w:val="24"/>
                <w:szCs w:val="24"/>
                <w:lang w:eastAsia="ja-JP"/>
              </w:rPr>
              <w:t>※</w:t>
            </w:r>
            <w:proofErr w:type="spellStart"/>
            <w:r w:rsidR="00E1338F"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</w:rPr>
              <w:t>氏名</w:t>
            </w:r>
            <w:proofErr w:type="spellEnd"/>
            <w:r w:rsidR="0092223B" w:rsidRPr="001F53B3">
              <w:rPr>
                <w:rFonts w:ascii="Meiryo UI" w:eastAsia="Meiryo UI" w:hAnsi="Meiryo UI" w:hint="eastAsia"/>
                <w:b/>
                <w:color w:val="1F4E78"/>
                <w:sz w:val="24"/>
                <w:szCs w:val="24"/>
                <w:lang w:eastAsia="ja-JP"/>
              </w:rPr>
              <w:t>（ひらがな）</w:t>
            </w:r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3848F45" w14:textId="102043D0" w:rsidR="002C469D" w:rsidRPr="0092223B" w:rsidRDefault="00E1338F" w:rsidP="001F53B3">
            <w:pPr>
              <w:spacing w:after="0" w:line="240" w:lineRule="auto"/>
              <w:ind w:firstLineChars="100" w:firstLine="240"/>
              <w:rPr>
                <w:rFonts w:ascii="Meiryo UI" w:eastAsia="Meiryo UI" w:hAnsi="Meiryo UI"/>
                <w:sz w:val="24"/>
                <w:szCs w:val="24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姓　　　　　　　　　　　　　</w:t>
            </w:r>
            <w:r w:rsidR="001F53B3"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　　　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　名</w:t>
            </w:r>
          </w:p>
        </w:tc>
      </w:tr>
      <w:tr w:rsidR="002C469D" w:rsidRPr="0092223B" w14:paraId="4E49386C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6288F88" w14:textId="77777777" w:rsidR="002C469D" w:rsidRDefault="004975F3">
            <w:pPr>
              <w:spacing w:after="0" w:line="240" w:lineRule="auto"/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hint="eastAsia"/>
                <w:b/>
                <w:color w:val="1F4E78"/>
                <w:sz w:val="24"/>
                <w:szCs w:val="24"/>
                <w:lang w:eastAsia="ja-JP"/>
              </w:rPr>
              <w:t>※</w:t>
            </w:r>
            <w:r w:rsidR="00E1338F"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  <w:t>携帯電話番号</w:t>
            </w:r>
          </w:p>
          <w:p w14:paraId="1A56F3EC" w14:textId="35C33B46" w:rsidR="004975F3" w:rsidRPr="004975F3" w:rsidRDefault="004975F3" w:rsidP="004975F3">
            <w:pPr>
              <w:spacing w:after="0" w:line="240" w:lineRule="auto"/>
              <w:ind w:firstLineChars="100" w:firstLine="200"/>
              <w:rPr>
                <w:rFonts w:ascii="Meiryo UI" w:eastAsia="Meiryo UI" w:hAnsi="Meiryo UI"/>
                <w:b/>
                <w:color w:val="1F4E78"/>
                <w:sz w:val="20"/>
                <w:szCs w:val="20"/>
                <w:lang w:eastAsia="ja-JP"/>
              </w:rPr>
            </w:pPr>
            <w:r w:rsidRPr="004975F3">
              <w:rPr>
                <w:rFonts w:ascii="Meiryo UI" w:eastAsia="Meiryo UI" w:hAnsi="Meiryo UI" w:hint="eastAsia"/>
                <w:b/>
                <w:color w:val="1F4E78"/>
                <w:sz w:val="20"/>
                <w:szCs w:val="20"/>
                <w:lang w:eastAsia="ja-JP"/>
              </w:rPr>
              <w:t>持っていない場合は固定電話番号</w:t>
            </w:r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4D86FE4" w14:textId="700D2AF2" w:rsidR="002C469D" w:rsidRPr="0092223B" w:rsidRDefault="00E1338F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 xml:space="preserve">　　　　</w:t>
            </w:r>
            <w:r w:rsidR="0092223B"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            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 xml:space="preserve">　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－　</w:t>
            </w:r>
            <w:r w:rsidR="0092223B"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    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　　－</w:t>
            </w:r>
          </w:p>
        </w:tc>
      </w:tr>
      <w:tr w:rsidR="004975F3" w:rsidRPr="0092223B" w14:paraId="10BBE564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A0662B8" w14:textId="14CE76D0" w:rsidR="004975F3" w:rsidRPr="001F53B3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color w:val="1F4E78"/>
                <w:sz w:val="24"/>
                <w:szCs w:val="24"/>
                <w:lang w:eastAsia="ja-JP"/>
              </w:rPr>
              <w:t>※</w:t>
            </w:r>
            <w:proofErr w:type="spellStart"/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</w:rPr>
              <w:t>生年月日</w:t>
            </w:r>
            <w:proofErr w:type="spellEnd"/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20624BB" w14:textId="366699C9" w:rsidR="004975F3" w:rsidRPr="0092223B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西暦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 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明治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 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大正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 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昭和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 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平成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 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令和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br/>
              <w:t xml:space="preserve">　　　　　</w:t>
            </w:r>
            <w:r w:rsidR="008F237E"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　　</w:t>
            </w:r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年　　　</w:t>
            </w:r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　月　　　　</w:t>
            </w:r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日</w:t>
            </w:r>
          </w:p>
        </w:tc>
      </w:tr>
      <w:tr w:rsidR="004975F3" w:rsidRPr="0092223B" w14:paraId="3B418789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35BDD6F" w14:textId="6C3A605A" w:rsidR="004975F3" w:rsidRPr="001F53B3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</w:rPr>
            </w:pPr>
            <w:proofErr w:type="spellStart"/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</w:rPr>
              <w:t>eメールアドレス</w:t>
            </w:r>
            <w:proofErr w:type="spellEnd"/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64AB654" w14:textId="1345283E" w:rsidR="004975F3" w:rsidRPr="0092223B" w:rsidRDefault="004975F3" w:rsidP="0092223B">
            <w:pPr>
              <w:spacing w:after="0" w:line="240" w:lineRule="auto"/>
              <w:ind w:left="360" w:hangingChars="150" w:hanging="360"/>
              <w:rPr>
                <w:rFonts w:ascii="Meiryo UI" w:eastAsia="Meiryo UI" w:hAnsi="Meiryo UI"/>
                <w:sz w:val="24"/>
                <w:szCs w:val="24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　　　　　　　　　　　　　　　　　　　　　　　　</w:t>
            </w:r>
          </w:p>
        </w:tc>
      </w:tr>
      <w:tr w:rsidR="004975F3" w:rsidRPr="0092223B" w14:paraId="3F4B2F48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8216BF7" w14:textId="3C4DAE49" w:rsidR="004975F3" w:rsidRDefault="004975F3" w:rsidP="004975F3">
            <w:pPr>
              <w:spacing w:after="0" w:line="240" w:lineRule="auto"/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</w:pPr>
            <w:proofErr w:type="spellStart"/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5378DE5" w14:textId="7FE972AF" w:rsidR="004975F3" w:rsidRPr="0092223B" w:rsidRDefault="004975F3" w:rsidP="004975F3">
            <w:pPr>
              <w:spacing w:after="0" w:line="240" w:lineRule="auto"/>
              <w:ind w:left="360" w:hangingChars="150" w:hanging="360"/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>□ 男性　　　□ 女性　　　□ 回答しない</w:t>
            </w:r>
          </w:p>
        </w:tc>
      </w:tr>
      <w:tr w:rsidR="004975F3" w:rsidRPr="0092223B" w14:paraId="228C98EE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BF9767F" w14:textId="205D7ABB" w:rsidR="004975F3" w:rsidRPr="001F53B3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  <w:t>お住まい（都道府県）</w:t>
            </w:r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C43DD47" w14:textId="76FFAAE0" w:rsidR="004975F3" w:rsidRPr="0092223B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北海道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青森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岩手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宮城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秋田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山形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福島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茨城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栃木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群馬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埼玉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千葉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東京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神奈川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新潟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富山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石川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福井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山梨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長野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岐阜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静岡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愛知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三重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滋賀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京都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大阪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兵庫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奈良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和歌山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鳥取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島根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岡山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広島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山口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徳島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香川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愛媛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高知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福岡</w:t>
            </w:r>
            <w:proofErr w:type="spellEnd"/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佐賀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長崎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熊本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大分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宮崎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鹿児島</w:t>
            </w:r>
            <w:proofErr w:type="spellEnd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 xml:space="preserve">　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沖縄</w:t>
            </w:r>
            <w:proofErr w:type="spellEnd"/>
            <w:r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□</w:t>
            </w:r>
            <w:proofErr w:type="spellStart"/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</w:rPr>
              <w:t>国外</w:t>
            </w:r>
            <w:proofErr w:type="spellEnd"/>
          </w:p>
        </w:tc>
      </w:tr>
      <w:tr w:rsidR="004975F3" w:rsidRPr="0092223B" w14:paraId="71CA9113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6D3956A" w14:textId="663D2FB1" w:rsidR="004975F3" w:rsidRPr="001F53B3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proofErr w:type="spellStart"/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</w:rPr>
              <w:t>浪江町の住民登録</w:t>
            </w:r>
            <w:proofErr w:type="spellEnd"/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E17CAC3" w14:textId="54D58CCF" w:rsidR="004975F3" w:rsidRPr="0092223B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>□ はい　　　□ いいえ</w:t>
            </w:r>
          </w:p>
        </w:tc>
      </w:tr>
      <w:tr w:rsidR="004975F3" w:rsidRPr="0092223B" w14:paraId="4C3DE380" w14:textId="77777777" w:rsidTr="004975F3">
        <w:trPr>
          <w:jc w:val="center"/>
        </w:trPr>
        <w:tc>
          <w:tcPr>
            <w:tcW w:w="3261" w:type="dxa"/>
            <w:shd w:val="clear" w:color="auto" w:fill="EAF2F8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C2AE67E" w14:textId="77777777" w:rsidR="004975F3" w:rsidRDefault="004975F3">
            <w:pPr>
              <w:spacing w:after="0" w:line="240" w:lineRule="auto"/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</w:pPr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  <w:t>登録のきっかけ</w:t>
            </w:r>
          </w:p>
          <w:p w14:paraId="032C7806" w14:textId="0EAE9F88" w:rsidR="004975F3" w:rsidRPr="001F53B3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r w:rsidRPr="001F53B3">
              <w:rPr>
                <w:rFonts w:ascii="Meiryo UI" w:eastAsia="Meiryo UI" w:hAnsi="Meiryo UI"/>
                <w:b/>
                <w:color w:val="1F4E78"/>
                <w:sz w:val="24"/>
                <w:szCs w:val="24"/>
                <w:lang w:eastAsia="ja-JP"/>
              </w:rPr>
              <w:t>（複数回答可）</w:t>
            </w:r>
          </w:p>
        </w:tc>
        <w:tc>
          <w:tcPr>
            <w:tcW w:w="7511" w:type="dxa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1603A14" w14:textId="77777777" w:rsidR="004975F3" w:rsidRDefault="004975F3">
            <w:pPr>
              <w:spacing w:after="0" w:line="240" w:lineRule="auto"/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>□ これまでスマモビを利用していたから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  <w:t>□ ポスター・パンフレット・2次元コードの案内・HP等を見て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  <w:t>□ TVや観光サイトなどを見て</w:t>
            </w:r>
          </w:p>
          <w:p w14:paraId="33A0DAFF" w14:textId="77777777" w:rsidR="004975F3" w:rsidRDefault="004975F3">
            <w:pPr>
              <w:spacing w:after="0" w:line="240" w:lineRule="auto"/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>□ 友人・知人からの紹介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br/>
              <w:t>□ 役場からの紹介</w:t>
            </w:r>
          </w:p>
          <w:p w14:paraId="5C0523DE" w14:textId="4B0A3DFF" w:rsidR="004975F3" w:rsidRPr="0092223B" w:rsidRDefault="004975F3">
            <w:pPr>
              <w:spacing w:after="0" w:line="240" w:lineRule="auto"/>
              <w:rPr>
                <w:rFonts w:ascii="Meiryo UI" w:eastAsia="Meiryo UI" w:hAnsi="Meiryo UI"/>
                <w:sz w:val="24"/>
                <w:szCs w:val="24"/>
                <w:lang w:eastAsia="ja-JP"/>
              </w:rPr>
            </w:pP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 xml:space="preserve">□ </w:t>
            </w:r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>その他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>（</w:t>
            </w:r>
            <w:r>
              <w:rPr>
                <w:rFonts w:ascii="Meiryo UI" w:eastAsia="Meiryo UI" w:hAnsi="Meiryo UI" w:hint="eastAsia"/>
                <w:color w:val="000000"/>
                <w:sz w:val="24"/>
                <w:szCs w:val="24"/>
                <w:lang w:eastAsia="ja-JP"/>
              </w:rPr>
              <w:t xml:space="preserve">                                                          </w:t>
            </w:r>
            <w:r w:rsidRPr="0092223B">
              <w:rPr>
                <w:rFonts w:ascii="Meiryo UI" w:eastAsia="Meiryo UI" w:hAnsi="Meiryo UI"/>
                <w:color w:val="000000"/>
                <w:sz w:val="24"/>
                <w:szCs w:val="24"/>
                <w:lang w:eastAsia="ja-JP"/>
              </w:rPr>
              <w:t xml:space="preserve">　　　　　　　）</w:t>
            </w:r>
          </w:p>
        </w:tc>
      </w:tr>
    </w:tbl>
    <w:p w14:paraId="31D944DF" w14:textId="4B0C92CE" w:rsidR="002C469D" w:rsidRPr="0092223B" w:rsidRDefault="00E1338F">
      <w:pPr>
        <w:shd w:val="clear" w:color="auto" w:fill="1F4E78"/>
        <w:spacing w:before="80" w:after="20"/>
        <w:rPr>
          <w:rFonts w:ascii="Meiryo UI" w:eastAsia="Meiryo UI" w:hAnsi="Meiryo UI"/>
        </w:rPr>
      </w:pPr>
      <w:proofErr w:type="spellStart"/>
      <w:r w:rsidRPr="0092223B">
        <w:rPr>
          <w:rFonts w:ascii="Meiryo UI" w:eastAsia="Meiryo UI" w:hAnsi="Meiryo UI"/>
          <w:b/>
          <w:color w:val="FFFFFF"/>
          <w:sz w:val="22"/>
        </w:rPr>
        <w:t>連絡欄</w:t>
      </w:r>
      <w:proofErr w:type="spellEnd"/>
    </w:p>
    <w:tbl>
      <w:tblPr>
        <w:tblW w:w="0" w:type="auto"/>
        <w:jc w:val="center"/>
        <w:tblBorders>
          <w:top w:val="single" w:sz="6" w:space="0" w:color="8EABC1"/>
          <w:left w:val="single" w:sz="6" w:space="0" w:color="8EABC1"/>
          <w:bottom w:val="single" w:sz="6" w:space="0" w:color="8EABC1"/>
          <w:right w:val="single" w:sz="6" w:space="0" w:color="8EABC1"/>
          <w:insideH w:val="single" w:sz="6" w:space="0" w:color="8EABC1"/>
          <w:insideV w:val="single" w:sz="6" w:space="0" w:color="8EABC1"/>
        </w:tblBorders>
        <w:tblLook w:val="04A0" w:firstRow="1" w:lastRow="0" w:firstColumn="1" w:lastColumn="0" w:noHBand="0" w:noVBand="1"/>
      </w:tblPr>
      <w:tblGrid>
        <w:gridCol w:w="10756"/>
      </w:tblGrid>
      <w:tr w:rsidR="002C469D" w:rsidRPr="0092223B" w14:paraId="1F5A5AD2" w14:textId="77777777">
        <w:trPr>
          <w:jc w:val="center"/>
        </w:trPr>
        <w:tc>
          <w:tcPr>
            <w:tcW w:w="1077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5586A5" w14:textId="77777777" w:rsidR="002C469D" w:rsidRDefault="002C469D">
            <w:pPr>
              <w:spacing w:after="0" w:line="240" w:lineRule="auto"/>
              <w:rPr>
                <w:rFonts w:ascii="Meiryo UI" w:eastAsia="Meiryo UI" w:hAnsi="Meiryo UI"/>
                <w:lang w:eastAsia="ja-JP"/>
              </w:rPr>
            </w:pPr>
          </w:p>
          <w:p w14:paraId="4E787C60" w14:textId="77777777" w:rsidR="0092223B" w:rsidRDefault="0092223B">
            <w:pPr>
              <w:spacing w:after="0" w:line="240" w:lineRule="auto"/>
              <w:rPr>
                <w:rFonts w:ascii="Meiryo UI" w:eastAsia="Meiryo UI" w:hAnsi="Meiryo UI"/>
                <w:lang w:eastAsia="ja-JP"/>
              </w:rPr>
            </w:pPr>
          </w:p>
          <w:p w14:paraId="164DA14C" w14:textId="720358F3" w:rsidR="0092223B" w:rsidRDefault="0092223B">
            <w:pPr>
              <w:spacing w:after="0" w:line="240" w:lineRule="auto"/>
              <w:rPr>
                <w:rFonts w:ascii="Meiryo UI" w:eastAsia="Meiryo UI" w:hAnsi="Meiryo UI"/>
                <w:lang w:eastAsia="ja-JP"/>
              </w:rPr>
            </w:pPr>
          </w:p>
          <w:p w14:paraId="05784436" w14:textId="71DD8EAD" w:rsidR="004975F3" w:rsidRDefault="004975F3">
            <w:pPr>
              <w:spacing w:after="0" w:line="240" w:lineRule="auto"/>
              <w:rPr>
                <w:rFonts w:ascii="Meiryo UI" w:eastAsia="Meiryo UI" w:hAnsi="Meiryo UI"/>
                <w:lang w:eastAsia="ja-JP"/>
              </w:rPr>
            </w:pPr>
          </w:p>
          <w:p w14:paraId="5BB7727D" w14:textId="77777777" w:rsidR="004975F3" w:rsidRDefault="004975F3">
            <w:pPr>
              <w:spacing w:after="0" w:line="240" w:lineRule="auto"/>
              <w:rPr>
                <w:rFonts w:ascii="Meiryo UI" w:eastAsia="Meiryo UI" w:hAnsi="Meiryo UI"/>
                <w:lang w:eastAsia="ja-JP"/>
              </w:rPr>
            </w:pPr>
          </w:p>
          <w:p w14:paraId="7733F567" w14:textId="15398EBE" w:rsidR="0092223B" w:rsidRPr="0092223B" w:rsidRDefault="0092223B">
            <w:pPr>
              <w:spacing w:after="0" w:line="240" w:lineRule="auto"/>
              <w:rPr>
                <w:rFonts w:ascii="Meiryo UI" w:eastAsia="Meiryo UI" w:hAnsi="Meiryo UI"/>
                <w:lang w:eastAsia="ja-JP"/>
              </w:rPr>
            </w:pPr>
          </w:p>
        </w:tc>
      </w:tr>
    </w:tbl>
    <w:p w14:paraId="685ADB11" w14:textId="13CB7DE4" w:rsidR="002C469D" w:rsidRPr="0092223B" w:rsidRDefault="00E1338F" w:rsidP="00821E57">
      <w:pPr>
        <w:wordWrap w:val="0"/>
        <w:spacing w:before="60"/>
        <w:ind w:rightChars="184" w:right="423"/>
        <w:jc w:val="right"/>
        <w:rPr>
          <w:rFonts w:ascii="Meiryo UI" w:eastAsia="Meiryo UI" w:hAnsi="Meiryo UI"/>
        </w:rPr>
      </w:pPr>
      <w:proofErr w:type="spellStart"/>
      <w:r w:rsidRPr="0092223B">
        <w:rPr>
          <w:rFonts w:ascii="Meiryo UI" w:eastAsia="Meiryo UI" w:hAnsi="Meiryo UI"/>
          <w:color w:val="555555"/>
          <w:sz w:val="21"/>
        </w:rPr>
        <w:t>受付日</w:t>
      </w:r>
      <w:proofErr w:type="spellEnd"/>
      <w:r w:rsidRPr="0092223B">
        <w:rPr>
          <w:rFonts w:ascii="Meiryo UI" w:eastAsia="Meiryo UI" w:hAnsi="Meiryo UI"/>
          <w:color w:val="555555"/>
          <w:sz w:val="21"/>
        </w:rPr>
        <w:t xml:space="preserve">：　</w:t>
      </w:r>
      <w:r w:rsidR="00821E57">
        <w:rPr>
          <w:rFonts w:ascii="Meiryo UI" w:eastAsia="Meiryo UI" w:hAnsi="Meiryo UI" w:hint="eastAsia"/>
          <w:color w:val="555555"/>
          <w:sz w:val="21"/>
          <w:lang w:eastAsia="ja-JP"/>
        </w:rPr>
        <w:t xml:space="preserve">　</w:t>
      </w:r>
      <w:r w:rsidRPr="0092223B">
        <w:rPr>
          <w:rFonts w:ascii="Meiryo UI" w:eastAsia="Meiryo UI" w:hAnsi="Meiryo UI"/>
          <w:color w:val="555555"/>
          <w:sz w:val="21"/>
        </w:rPr>
        <w:t xml:space="preserve">　　</w:t>
      </w:r>
      <w:r w:rsidR="001F53B3">
        <w:rPr>
          <w:rFonts w:ascii="Meiryo UI" w:eastAsia="Meiryo UI" w:hAnsi="Meiryo UI" w:hint="eastAsia"/>
          <w:color w:val="555555"/>
          <w:sz w:val="21"/>
          <w:lang w:eastAsia="ja-JP"/>
        </w:rPr>
        <w:t xml:space="preserve">　</w:t>
      </w:r>
      <w:r w:rsidRPr="0092223B">
        <w:rPr>
          <w:rFonts w:ascii="Meiryo UI" w:eastAsia="Meiryo UI" w:hAnsi="Meiryo UI"/>
          <w:color w:val="555555"/>
          <w:sz w:val="21"/>
        </w:rPr>
        <w:t xml:space="preserve">月　</w:t>
      </w:r>
      <w:r w:rsidR="001F53B3">
        <w:rPr>
          <w:rFonts w:ascii="Meiryo UI" w:eastAsia="Meiryo UI" w:hAnsi="Meiryo UI" w:hint="eastAsia"/>
          <w:color w:val="555555"/>
          <w:sz w:val="21"/>
          <w:lang w:eastAsia="ja-JP"/>
        </w:rPr>
        <w:t xml:space="preserve">　</w:t>
      </w:r>
      <w:r w:rsidRPr="0092223B">
        <w:rPr>
          <w:rFonts w:ascii="Meiryo UI" w:eastAsia="Meiryo UI" w:hAnsi="Meiryo UI"/>
          <w:color w:val="555555"/>
          <w:sz w:val="21"/>
        </w:rPr>
        <w:t xml:space="preserve">　　日　　</w:t>
      </w:r>
      <w:proofErr w:type="spellStart"/>
      <w:r w:rsidRPr="0092223B">
        <w:rPr>
          <w:rFonts w:ascii="Meiryo UI" w:eastAsia="Meiryo UI" w:hAnsi="Meiryo UI"/>
          <w:color w:val="555555"/>
          <w:sz w:val="21"/>
        </w:rPr>
        <w:t>担当者</w:t>
      </w:r>
      <w:proofErr w:type="spellEnd"/>
      <w:r w:rsidRPr="0092223B">
        <w:rPr>
          <w:rFonts w:ascii="Meiryo UI" w:eastAsia="Meiryo UI" w:hAnsi="Meiryo UI"/>
          <w:color w:val="555555"/>
          <w:sz w:val="21"/>
        </w:rPr>
        <w:t xml:space="preserve">：　</w:t>
      </w:r>
      <w:r w:rsidR="00821E57">
        <w:rPr>
          <w:rFonts w:ascii="Meiryo UI" w:eastAsia="Meiryo UI" w:hAnsi="Meiryo UI" w:hint="eastAsia"/>
          <w:color w:val="555555"/>
          <w:sz w:val="21"/>
          <w:lang w:eastAsia="ja-JP"/>
        </w:rPr>
        <w:t xml:space="preserve">　　</w:t>
      </w:r>
      <w:r w:rsidRPr="0092223B">
        <w:rPr>
          <w:rFonts w:ascii="Meiryo UI" w:eastAsia="Meiryo UI" w:hAnsi="Meiryo UI"/>
          <w:color w:val="555555"/>
          <w:sz w:val="21"/>
        </w:rPr>
        <w:t xml:space="preserve">　　　　　　　　</w:t>
      </w:r>
      <w:r w:rsidR="009B5827">
        <w:rPr>
          <w:rFonts w:ascii="Meiryo UI" w:eastAsia="Meiryo UI" w:hAnsi="Meiryo UI" w:hint="eastAsia"/>
          <w:color w:val="555555"/>
          <w:sz w:val="21"/>
          <w:lang w:eastAsia="ja-JP"/>
        </w:rPr>
        <w:t xml:space="preserve">　　</w:t>
      </w:r>
      <w:r w:rsidR="00821E57">
        <w:rPr>
          <w:rFonts w:ascii="Meiryo UI" w:eastAsia="Meiryo UI" w:hAnsi="Meiryo UI" w:hint="eastAsia"/>
          <w:color w:val="555555"/>
          <w:sz w:val="21"/>
          <w:lang w:eastAsia="ja-JP"/>
        </w:rPr>
        <w:t xml:space="preserve">　　</w:t>
      </w:r>
      <w:r w:rsidR="009B5827">
        <w:rPr>
          <w:rFonts w:ascii="Meiryo UI" w:eastAsia="Meiryo UI" w:hAnsi="Meiryo UI" w:hint="eastAsia"/>
          <w:color w:val="555555"/>
          <w:sz w:val="21"/>
          <w:lang w:eastAsia="ja-JP"/>
        </w:rPr>
        <w:t xml:space="preserve">入力状況　　</w:t>
      </w:r>
      <w:r w:rsidR="00821E57">
        <w:rPr>
          <w:rFonts w:ascii="Meiryo UI" w:eastAsia="Meiryo UI" w:hAnsi="Meiryo UI" w:hint="eastAsia"/>
          <w:color w:val="555555"/>
          <w:sz w:val="21"/>
          <w:lang w:eastAsia="ja-JP"/>
        </w:rPr>
        <w:t>済</w:t>
      </w:r>
    </w:p>
    <w:sectPr w:rsidR="002C469D" w:rsidRPr="0092223B" w:rsidSect="004975F3">
      <w:pgSz w:w="11906" w:h="16838"/>
      <w:pgMar w:top="851" w:right="567" w:bottom="45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FB895" w14:textId="77777777" w:rsidR="001451D5" w:rsidRDefault="001451D5" w:rsidP="001451D5">
      <w:pPr>
        <w:spacing w:after="0" w:line="240" w:lineRule="auto"/>
      </w:pPr>
      <w:r>
        <w:separator/>
      </w:r>
    </w:p>
  </w:endnote>
  <w:endnote w:type="continuationSeparator" w:id="0">
    <w:p w14:paraId="284242DE" w14:textId="77777777" w:rsidR="001451D5" w:rsidRDefault="001451D5" w:rsidP="00145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0F266" w14:textId="77777777" w:rsidR="001451D5" w:rsidRDefault="001451D5" w:rsidP="001451D5">
      <w:pPr>
        <w:spacing w:after="0" w:line="240" w:lineRule="auto"/>
      </w:pPr>
      <w:r>
        <w:separator/>
      </w:r>
    </w:p>
  </w:footnote>
  <w:footnote w:type="continuationSeparator" w:id="0">
    <w:p w14:paraId="5602D486" w14:textId="77777777" w:rsidR="001451D5" w:rsidRDefault="001451D5" w:rsidP="00145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51D5"/>
    <w:rsid w:val="0015074B"/>
    <w:rsid w:val="001819C9"/>
    <w:rsid w:val="001A0633"/>
    <w:rsid w:val="001F53B3"/>
    <w:rsid w:val="0029639D"/>
    <w:rsid w:val="002C469D"/>
    <w:rsid w:val="00326F90"/>
    <w:rsid w:val="00383AFB"/>
    <w:rsid w:val="004975F3"/>
    <w:rsid w:val="004C7CDC"/>
    <w:rsid w:val="00685D22"/>
    <w:rsid w:val="00821E57"/>
    <w:rsid w:val="00846F9E"/>
    <w:rsid w:val="008F237E"/>
    <w:rsid w:val="0092223B"/>
    <w:rsid w:val="009B5827"/>
    <w:rsid w:val="00AA139C"/>
    <w:rsid w:val="00AA1D8D"/>
    <w:rsid w:val="00B47730"/>
    <w:rsid w:val="00BC1116"/>
    <w:rsid w:val="00CB0664"/>
    <w:rsid w:val="00E1338F"/>
    <w:rsid w:val="00E97D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00"/>
  <w15:docId w15:val="{2079D65F-7418-44DE-A2BA-007F0B08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3D65C5E8B541D4FBAE03B3AF6DC9557" ma:contentTypeVersion="13" ma:contentTypeDescription="新しいドキュメントを作成します。" ma:contentTypeScope="" ma:versionID="cf6c159a8d8b3c4b2aca1c91ec884a42">
  <xsd:schema xmlns:xsd="http://www.w3.org/2001/XMLSchema" xmlns:xs="http://www.w3.org/2001/XMLSchema" xmlns:p="http://schemas.microsoft.com/office/2006/metadata/properties" xmlns:ns2="11726210-8c91-4085-8871-cbb85cba619b" xmlns:ns3="a9a82986-1806-4ec7-bc8f-19cf82c08de7" targetNamespace="http://schemas.microsoft.com/office/2006/metadata/properties" ma:root="true" ma:fieldsID="391db6c8e42dded9fcdcd0eb85ea0e92" ns2:_="" ns3:_="">
    <xsd:import namespace="11726210-8c91-4085-8871-cbb85cba619b"/>
    <xsd:import namespace="a9a82986-1806-4ec7-bc8f-19cf82c08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26210-8c91-4085-8871-cbb85cba6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84e032f-63ce-4b81-9bb4-4ff8dd7b4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2986-1806-4ec7-bc8f-19cf82c08de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c6e0de-6a06-4aeb-8303-eda2ee33e3db}" ma:internalName="TaxCatchAll" ma:showField="CatchAllData" ma:web="a9a82986-1806-4ec7-bc8f-19cf82c08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82986-1806-4ec7-bc8f-19cf82c08de7" xsi:nil="true"/>
    <lcf76f155ced4ddcb4097134ff3c332f xmlns="11726210-8c91-4085-8871-cbb85cba619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3406E-EE59-4361-BD9A-A5D45EF11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26210-8c91-4085-8871-cbb85cba619b"/>
    <ds:schemaRef ds:uri="a9a82986-1806-4ec7-bc8f-19cf82c08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F8828E-9D11-4B8C-B435-45D6EE237A37}">
  <ds:schemaRefs>
    <ds:schemaRef ds:uri="http://schemas.microsoft.com/office/2006/metadata/properties"/>
    <ds:schemaRef ds:uri="http://schemas.microsoft.com/office/infopath/2007/PartnerControls"/>
    <ds:schemaRef ds:uri="a9a82986-1806-4ec7-bc8f-19cf82c08de7"/>
    <ds:schemaRef ds:uri="11726210-8c91-4085-8871-cbb85cba619b"/>
  </ds:schemaRefs>
</ds:datastoreItem>
</file>

<file path=customXml/itemProps4.xml><?xml version="1.0" encoding="utf-8"?>
<ds:datastoreItem xmlns:ds="http://schemas.openxmlformats.org/officeDocument/2006/customXml" ds:itemID="{8409C937-50C2-4AB0-B1AA-15481625A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古田 聡</dc:creator>
  <cp:lastModifiedBy>古田 聡</cp:lastModifiedBy>
  <cp:revision>2</cp:revision>
  <dcterms:created xsi:type="dcterms:W3CDTF">2026-09-11T08:19:00Z</dcterms:created>
  <dcterms:modified xsi:type="dcterms:W3CDTF">2026-09-11T08:19:00Z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0x01010083D65C5E8B541D4FBAE03B3AF6DC9557</vt:lpwstr>
  </property>
  <property fmtid="{D5CDD505-2E9C-101B-9397-08002B2CF9AE}" pid="3" name="MediaServiceImageTags">
    <vt:lpwstr/>
  </property>
</Properties>
</file>